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3EA" w:rsidRDefault="002537DC" w:rsidP="00DE6A65">
      <w:pPr>
        <w:jc w:val="center"/>
      </w:pPr>
      <w:r>
        <w:rPr>
          <w:b/>
          <w:color w:val="0066CC"/>
          <w:sz w:val="44"/>
        </w:rPr>
        <w:t>Coming Up for Families</w:t>
      </w:r>
      <w:r>
        <w:rPr>
          <w:b/>
          <w:color w:val="0066CC"/>
          <w:sz w:val="44"/>
        </w:rPr>
        <w:br/>
        <w:t xml:space="preserve">Christ Church </w:t>
      </w:r>
      <w:proofErr w:type="spellStart"/>
      <w:r>
        <w:rPr>
          <w:b/>
          <w:color w:val="0066CC"/>
          <w:sz w:val="44"/>
        </w:rPr>
        <w:t>Parbold</w:t>
      </w:r>
      <w:proofErr w:type="spellEnd"/>
      <w:r>
        <w:rPr>
          <w:b/>
          <w:color w:val="0066CC"/>
          <w:sz w:val="44"/>
        </w:rPr>
        <w:t xml:space="preserve"> – October</w:t>
      </w:r>
    </w:p>
    <w:p w:rsidR="009423EA" w:rsidRPr="00930627" w:rsidRDefault="002537DC">
      <w:pPr>
        <w:rPr>
          <w:sz w:val="28"/>
          <w:szCs w:val="28"/>
        </w:rPr>
      </w:pPr>
      <w:r w:rsidRPr="00930627">
        <w:rPr>
          <w:b/>
          <w:color w:val="000000"/>
          <w:sz w:val="28"/>
          <w:szCs w:val="28"/>
        </w:rPr>
        <w:t>Sunday</w:t>
      </w:r>
      <w:r w:rsidR="003A7D8B" w:rsidRPr="00930627">
        <w:rPr>
          <w:b/>
          <w:color w:val="000000"/>
          <w:sz w:val="28"/>
          <w:szCs w:val="28"/>
        </w:rPr>
        <w:t>’s 4th &amp;</w:t>
      </w:r>
      <w:r w:rsidRPr="00930627">
        <w:rPr>
          <w:b/>
          <w:color w:val="000000"/>
          <w:sz w:val="28"/>
          <w:szCs w:val="28"/>
        </w:rPr>
        <w:t xml:space="preserve"> 12th October – 10:30am</w:t>
      </w:r>
    </w:p>
    <w:p w:rsidR="009423EA" w:rsidRPr="00930627" w:rsidRDefault="002537DC">
      <w:pPr>
        <w:rPr>
          <w:sz w:val="32"/>
          <w:szCs w:val="32"/>
        </w:rPr>
      </w:pPr>
      <w:r w:rsidRPr="00930627">
        <w:rPr>
          <w:b/>
          <w:color w:val="0066CC"/>
          <w:sz w:val="32"/>
          <w:szCs w:val="32"/>
        </w:rPr>
        <w:t xml:space="preserve">Junior Church &amp; Weekly Children’s Resources </w:t>
      </w:r>
    </w:p>
    <w:p w:rsidR="009423EA" w:rsidRPr="00930627" w:rsidRDefault="002537DC">
      <w:pPr>
        <w:rPr>
          <w:sz w:val="28"/>
          <w:szCs w:val="28"/>
        </w:rPr>
      </w:pPr>
      <w:r w:rsidRPr="00930627">
        <w:rPr>
          <w:noProof/>
          <w:color w:val="3C3C3C"/>
          <w:sz w:val="28"/>
          <w:szCs w:val="28"/>
          <w:lang w:val="en-GB" w:eastAsia="en-GB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page">
              <wp:posOffset>5581650</wp:posOffset>
            </wp:positionH>
            <wp:positionV relativeFrom="paragraph">
              <wp:posOffset>137160</wp:posOffset>
            </wp:positionV>
            <wp:extent cx="1047750" cy="895350"/>
            <wp:effectExtent l="19050" t="0" r="0" b="0"/>
            <wp:wrapNone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30627">
        <w:rPr>
          <w:color w:val="3C3C3C"/>
          <w:sz w:val="28"/>
          <w:szCs w:val="28"/>
        </w:rPr>
        <w:t xml:space="preserve">Junior Church meets in the Scout Hut for ages 4–13. </w:t>
      </w:r>
      <w:r w:rsidR="00560525" w:rsidRPr="00930627">
        <w:rPr>
          <w:color w:val="3C3C3C"/>
          <w:sz w:val="28"/>
          <w:szCs w:val="28"/>
        </w:rPr>
        <w:t xml:space="preserve"> </w:t>
      </w:r>
      <w:r w:rsidR="00A11866">
        <w:rPr>
          <w:color w:val="3C3C3C"/>
          <w:sz w:val="28"/>
          <w:szCs w:val="28"/>
        </w:rPr>
        <w:t xml:space="preserve">                             </w:t>
      </w:r>
      <w:r w:rsidRPr="00930627">
        <w:rPr>
          <w:color w:val="3C3C3C"/>
          <w:sz w:val="28"/>
          <w:szCs w:val="28"/>
        </w:rPr>
        <w:t>At the back of church each week we also have:</w:t>
      </w:r>
      <w:r w:rsidR="00A11866">
        <w:rPr>
          <w:color w:val="3C3C3C"/>
          <w:sz w:val="28"/>
          <w:szCs w:val="28"/>
        </w:rPr>
        <w:t>-</w:t>
      </w:r>
      <w:r w:rsidRPr="00930627">
        <w:rPr>
          <w:color w:val="3C3C3C"/>
          <w:sz w:val="28"/>
          <w:szCs w:val="28"/>
        </w:rPr>
        <w:br/>
        <w:t>• Tots’ Area (0–3yrs)</w:t>
      </w:r>
      <w:r w:rsidRPr="00930627">
        <w:rPr>
          <w:color w:val="3C3C3C"/>
          <w:sz w:val="28"/>
          <w:szCs w:val="28"/>
        </w:rPr>
        <w:br/>
        <w:t>• Lending Library</w:t>
      </w:r>
      <w:r w:rsidRPr="00930627">
        <w:rPr>
          <w:color w:val="3C3C3C"/>
          <w:sz w:val="28"/>
          <w:szCs w:val="28"/>
        </w:rPr>
        <w:br/>
        <w:t>• Resource Table with extra children’s activities</w:t>
      </w:r>
    </w:p>
    <w:p w:rsidR="009423EA" w:rsidRDefault="002537DC">
      <w:pPr>
        <w:jc w:val="center"/>
      </w:pPr>
      <w:r>
        <w:rPr>
          <w:color w:val="B4B4B4"/>
          <w:sz w:val="20"/>
        </w:rPr>
        <w:t>―――――――――――――――――――――――――――――――――――――――――――――</w:t>
      </w:r>
    </w:p>
    <w:p w:rsidR="009423EA" w:rsidRDefault="009423EA"/>
    <w:p w:rsidR="009423EA" w:rsidRPr="00930627" w:rsidRDefault="00DE6A65">
      <w:pPr>
        <w:rPr>
          <w:sz w:val="28"/>
          <w:szCs w:val="28"/>
        </w:rPr>
      </w:pPr>
      <w:r>
        <w:rPr>
          <w:b/>
          <w:noProof/>
          <w:color w:val="000000"/>
          <w:sz w:val="28"/>
          <w:szCs w:val="28"/>
          <w:lang w:val="en-GB" w:eastAsia="en-GB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5676900</wp:posOffset>
            </wp:positionH>
            <wp:positionV relativeFrom="paragraph">
              <wp:posOffset>131445</wp:posOffset>
            </wp:positionV>
            <wp:extent cx="1076325" cy="1076325"/>
            <wp:effectExtent l="19050" t="0" r="9525" b="0"/>
            <wp:wrapNone/>
            <wp:docPr id="2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A7D8B" w:rsidRPr="00930627">
        <w:rPr>
          <w:b/>
          <w:color w:val="000000"/>
          <w:sz w:val="28"/>
          <w:szCs w:val="28"/>
        </w:rPr>
        <w:t>Sunday 11</w:t>
      </w:r>
      <w:r w:rsidR="002537DC" w:rsidRPr="00930627">
        <w:rPr>
          <w:b/>
          <w:color w:val="000000"/>
          <w:sz w:val="28"/>
          <w:szCs w:val="28"/>
        </w:rPr>
        <w:t>th October – 6:00pm</w:t>
      </w:r>
    </w:p>
    <w:p w:rsidR="009423EA" w:rsidRPr="00930627" w:rsidRDefault="002537DC">
      <w:pPr>
        <w:rPr>
          <w:sz w:val="32"/>
          <w:szCs w:val="32"/>
        </w:rPr>
      </w:pPr>
      <w:r w:rsidRPr="00930627">
        <w:rPr>
          <w:b/>
          <w:color w:val="0066CC"/>
          <w:sz w:val="32"/>
          <w:szCs w:val="32"/>
        </w:rPr>
        <w:t xml:space="preserve">Soul Action Café (Youth) </w:t>
      </w:r>
    </w:p>
    <w:p w:rsidR="009423EA" w:rsidRPr="00930627" w:rsidRDefault="0068466D" w:rsidP="0068466D">
      <w:pPr>
        <w:ind w:right="43"/>
        <w:rPr>
          <w:sz w:val="28"/>
          <w:szCs w:val="28"/>
        </w:rPr>
      </w:pPr>
      <w:r w:rsidRPr="00930627">
        <w:rPr>
          <w:sz w:val="28"/>
          <w:szCs w:val="28"/>
        </w:rPr>
        <w:t xml:space="preserve">Our relaxed </w:t>
      </w:r>
      <w:r w:rsidR="00930627" w:rsidRPr="00930627">
        <w:rPr>
          <w:sz w:val="28"/>
          <w:szCs w:val="28"/>
        </w:rPr>
        <w:t>faith-based youth group</w:t>
      </w:r>
      <w:r w:rsidR="002537DC" w:rsidRPr="00930627">
        <w:rPr>
          <w:color w:val="3C3C3C"/>
          <w:sz w:val="28"/>
          <w:szCs w:val="28"/>
        </w:rPr>
        <w:t xml:space="preserve"> for Year 7+ which</w:t>
      </w:r>
      <w:r w:rsidR="00930627" w:rsidRPr="00930627">
        <w:rPr>
          <w:color w:val="3C3C3C"/>
          <w:sz w:val="28"/>
          <w:szCs w:val="28"/>
        </w:rPr>
        <w:t xml:space="preserve">                                          </w:t>
      </w:r>
      <w:r w:rsidR="002537DC" w:rsidRPr="00930627">
        <w:rPr>
          <w:color w:val="3C3C3C"/>
          <w:sz w:val="28"/>
          <w:szCs w:val="28"/>
        </w:rPr>
        <w:t xml:space="preserve"> meets</w:t>
      </w:r>
      <w:r w:rsidR="00930627" w:rsidRPr="00930627">
        <w:rPr>
          <w:color w:val="3C3C3C"/>
          <w:sz w:val="28"/>
          <w:szCs w:val="28"/>
        </w:rPr>
        <w:t xml:space="preserve"> i</w:t>
      </w:r>
      <w:r w:rsidR="002537DC" w:rsidRPr="00930627">
        <w:rPr>
          <w:color w:val="3C3C3C"/>
          <w:sz w:val="28"/>
          <w:szCs w:val="28"/>
        </w:rPr>
        <w:t>n the Scout Hut.</w:t>
      </w:r>
    </w:p>
    <w:p w:rsidR="009423EA" w:rsidRDefault="002537DC">
      <w:pPr>
        <w:jc w:val="center"/>
      </w:pPr>
      <w:r>
        <w:rPr>
          <w:color w:val="B4B4B4"/>
          <w:sz w:val="20"/>
        </w:rPr>
        <w:t>―――――――――――――――――――――――――――――――――――――――――――――</w:t>
      </w:r>
    </w:p>
    <w:p w:rsidR="009423EA" w:rsidRDefault="009423EA"/>
    <w:p w:rsidR="009423EA" w:rsidRPr="00930627" w:rsidRDefault="003A7D8B">
      <w:pPr>
        <w:rPr>
          <w:sz w:val="28"/>
          <w:szCs w:val="28"/>
        </w:rPr>
      </w:pPr>
      <w:r w:rsidRPr="00930627">
        <w:rPr>
          <w:b/>
          <w:color w:val="000000"/>
          <w:sz w:val="28"/>
          <w:szCs w:val="28"/>
        </w:rPr>
        <w:t>Sunday 18</w:t>
      </w:r>
      <w:r w:rsidR="002537DC" w:rsidRPr="00930627">
        <w:rPr>
          <w:b/>
          <w:color w:val="000000"/>
          <w:sz w:val="28"/>
          <w:szCs w:val="28"/>
        </w:rPr>
        <w:t>th October – 9:30am</w:t>
      </w:r>
    </w:p>
    <w:p w:rsidR="009423EA" w:rsidRPr="00930627" w:rsidRDefault="002537DC">
      <w:pPr>
        <w:rPr>
          <w:sz w:val="32"/>
          <w:szCs w:val="32"/>
        </w:rPr>
      </w:pPr>
      <w:r w:rsidRPr="00930627">
        <w:rPr>
          <w:b/>
          <w:color w:val="0066CC"/>
          <w:sz w:val="32"/>
          <w:szCs w:val="32"/>
        </w:rPr>
        <w:t xml:space="preserve">Muddy Church </w:t>
      </w:r>
      <w:r w:rsidR="00560525" w:rsidRPr="00930627">
        <w:rPr>
          <w:b/>
          <w:color w:val="0066CC"/>
          <w:sz w:val="32"/>
          <w:szCs w:val="32"/>
        </w:rPr>
        <w:t>at the Hut</w:t>
      </w:r>
    </w:p>
    <w:p w:rsidR="00DE6A65" w:rsidRDefault="0068466D" w:rsidP="00DE6A65">
      <w:pPr>
        <w:shd w:val="clear" w:color="auto" w:fill="FFFFFF"/>
        <w:rPr>
          <w:rFonts w:eastAsia="Times New Roman" w:cs="Arial"/>
          <w:color w:val="222222"/>
          <w:sz w:val="28"/>
          <w:szCs w:val="28"/>
          <w:lang w:val="en-GB" w:eastAsia="en-GB"/>
        </w:rPr>
      </w:pPr>
      <w:r w:rsidRPr="00DE6A65">
        <w:rPr>
          <w:rFonts w:cs="Calibri"/>
          <w:noProof/>
          <w:color w:val="3C3C3C"/>
          <w:sz w:val="28"/>
          <w:szCs w:val="28"/>
          <w:lang w:val="en-GB" w:eastAsia="en-GB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5924550</wp:posOffset>
            </wp:positionH>
            <wp:positionV relativeFrom="paragraph">
              <wp:posOffset>290830</wp:posOffset>
            </wp:positionV>
            <wp:extent cx="1082040" cy="1076325"/>
            <wp:effectExtent l="19050" t="0" r="381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537DC" w:rsidRPr="00DE6A65">
        <w:rPr>
          <w:rFonts w:cs="Calibri"/>
          <w:color w:val="3C3C3C"/>
          <w:sz w:val="28"/>
          <w:szCs w:val="28"/>
        </w:rPr>
        <w:t xml:space="preserve">Fun outdoor craft activities exploring </w:t>
      </w:r>
      <w:r w:rsidR="002537DC" w:rsidRPr="00DE6A65">
        <w:rPr>
          <w:rFonts w:cs="Calibri"/>
          <w:b/>
          <w:color w:val="3C3C3C"/>
          <w:sz w:val="28"/>
          <w:szCs w:val="28"/>
        </w:rPr>
        <w:t>'The Bible is God’s Word</w:t>
      </w:r>
      <w:r w:rsidRPr="00DE6A65">
        <w:rPr>
          <w:rFonts w:cs="Calibri"/>
          <w:b/>
          <w:color w:val="3C3C3C"/>
          <w:sz w:val="28"/>
          <w:szCs w:val="28"/>
        </w:rPr>
        <w:t xml:space="preserve"> - The House on the Rock</w:t>
      </w:r>
      <w:r w:rsidR="002537DC" w:rsidRPr="00DE6A65">
        <w:rPr>
          <w:rFonts w:cs="Calibri"/>
          <w:b/>
          <w:color w:val="3C3C3C"/>
          <w:sz w:val="28"/>
          <w:szCs w:val="28"/>
        </w:rPr>
        <w:t>'</w:t>
      </w:r>
      <w:r w:rsidR="002537DC" w:rsidRPr="00DE6A65">
        <w:rPr>
          <w:rFonts w:cs="Calibri"/>
          <w:color w:val="3C3C3C"/>
          <w:sz w:val="28"/>
          <w:szCs w:val="28"/>
        </w:rPr>
        <w:t>.</w:t>
      </w:r>
      <w:r w:rsidRPr="00DE6A65">
        <w:rPr>
          <w:rFonts w:cs="Calibri"/>
          <w:color w:val="3C3C3C"/>
          <w:sz w:val="28"/>
          <w:szCs w:val="28"/>
        </w:rPr>
        <w:t xml:space="preserve"> With house on the rock and water pistols, painted rock stones, LED </w:t>
      </w:r>
      <w:proofErr w:type="spellStart"/>
      <w:r w:rsidRPr="00DE6A65">
        <w:rPr>
          <w:rFonts w:cs="Calibri"/>
          <w:color w:val="3C3C3C"/>
          <w:sz w:val="28"/>
          <w:szCs w:val="28"/>
        </w:rPr>
        <w:t>Stickies</w:t>
      </w:r>
      <w:proofErr w:type="spellEnd"/>
      <w:r w:rsidRPr="00DE6A65">
        <w:rPr>
          <w:rFonts w:cs="Calibri"/>
          <w:color w:val="3C3C3C"/>
          <w:sz w:val="28"/>
          <w:szCs w:val="28"/>
        </w:rPr>
        <w:t xml:space="preserve">, downloaded bible bookmarks, daily bread toast painting, </w:t>
      </w:r>
      <w:proofErr w:type="spellStart"/>
      <w:r w:rsidRPr="00DE6A65">
        <w:rPr>
          <w:rFonts w:cs="Calibri"/>
          <w:color w:val="3C3C3C"/>
          <w:sz w:val="28"/>
          <w:szCs w:val="28"/>
        </w:rPr>
        <w:t>slippy</w:t>
      </w:r>
      <w:proofErr w:type="spellEnd"/>
      <w:r w:rsidRPr="00DE6A65">
        <w:rPr>
          <w:rFonts w:cs="Calibri"/>
          <w:color w:val="3C3C3C"/>
          <w:sz w:val="28"/>
          <w:szCs w:val="28"/>
        </w:rPr>
        <w:t xml:space="preserve"> sand</w:t>
      </w:r>
      <w:r w:rsidR="00DE6A65" w:rsidRPr="00DE6A65">
        <w:rPr>
          <w:rFonts w:cs="Calibri"/>
          <w:color w:val="3C3C3C"/>
          <w:sz w:val="28"/>
          <w:szCs w:val="28"/>
        </w:rPr>
        <w:t xml:space="preserve"> </w:t>
      </w:r>
      <w:r w:rsidRPr="00DE6A65">
        <w:rPr>
          <w:rFonts w:cs="Calibri"/>
          <w:color w:val="3C3C3C"/>
          <w:sz w:val="28"/>
          <w:szCs w:val="28"/>
        </w:rPr>
        <w:t xml:space="preserve">and </w:t>
      </w:r>
      <w:proofErr w:type="spellStart"/>
      <w:r w:rsidRPr="00DE6A65">
        <w:rPr>
          <w:rFonts w:cs="Calibri"/>
          <w:color w:val="3C3C3C"/>
          <w:sz w:val="28"/>
          <w:szCs w:val="28"/>
        </w:rPr>
        <w:t>oobleck</w:t>
      </w:r>
      <w:proofErr w:type="spellEnd"/>
      <w:r w:rsidRPr="00DE6A65">
        <w:rPr>
          <w:rFonts w:cs="Calibri"/>
          <w:color w:val="3C3C3C"/>
          <w:sz w:val="28"/>
          <w:szCs w:val="28"/>
        </w:rPr>
        <w:t xml:space="preserve"> slime, we’ll love God’s word with heart crystals art and there’ll be pencils to take home plus our usual</w:t>
      </w:r>
      <w:r w:rsidR="00DE6A65" w:rsidRPr="00DE6A65">
        <w:rPr>
          <w:rFonts w:cs="Calibri"/>
          <w:color w:val="3C3C3C"/>
          <w:sz w:val="28"/>
          <w:szCs w:val="28"/>
        </w:rPr>
        <w:t xml:space="preserve"> Tots Table, </w:t>
      </w:r>
      <w:proofErr w:type="spellStart"/>
      <w:r w:rsidR="00DE6A65" w:rsidRPr="00DE6A65">
        <w:rPr>
          <w:rFonts w:cs="Calibri"/>
          <w:color w:val="3C3C3C"/>
          <w:sz w:val="28"/>
          <w:szCs w:val="28"/>
        </w:rPr>
        <w:t>s’m</w:t>
      </w:r>
      <w:r w:rsidR="002537DC" w:rsidRPr="00DE6A65">
        <w:rPr>
          <w:rFonts w:cs="Calibri"/>
          <w:color w:val="3C3C3C"/>
          <w:sz w:val="28"/>
          <w:szCs w:val="28"/>
        </w:rPr>
        <w:t>ores</w:t>
      </w:r>
      <w:proofErr w:type="spellEnd"/>
      <w:r w:rsidR="002537DC" w:rsidRPr="00DE6A65">
        <w:rPr>
          <w:rFonts w:cs="Calibri"/>
          <w:color w:val="3C3C3C"/>
          <w:sz w:val="28"/>
          <w:szCs w:val="28"/>
        </w:rPr>
        <w:t xml:space="preserve"> &amp; </w:t>
      </w:r>
      <w:proofErr w:type="spellStart"/>
      <w:r w:rsidR="002537DC" w:rsidRPr="00DE6A65">
        <w:rPr>
          <w:rFonts w:cs="Calibri"/>
          <w:color w:val="3C3C3C"/>
          <w:sz w:val="28"/>
          <w:szCs w:val="28"/>
        </w:rPr>
        <w:t>fire</w:t>
      </w:r>
      <w:r w:rsidR="00DE6A65" w:rsidRPr="00DE6A65">
        <w:rPr>
          <w:rFonts w:cs="Calibri"/>
          <w:color w:val="3C3C3C"/>
          <w:sz w:val="28"/>
          <w:szCs w:val="28"/>
        </w:rPr>
        <w:t>pit</w:t>
      </w:r>
      <w:proofErr w:type="spellEnd"/>
      <w:r w:rsidR="002537DC" w:rsidRPr="00DE6A65">
        <w:rPr>
          <w:rFonts w:cs="Calibri"/>
          <w:color w:val="3C3C3C"/>
          <w:sz w:val="28"/>
          <w:szCs w:val="28"/>
        </w:rPr>
        <w:t>. All ages welcome – dress to mess!</w:t>
      </w:r>
      <w:r w:rsidR="002537DC" w:rsidRPr="00DE6A65">
        <w:rPr>
          <w:rFonts w:cs="Calibri"/>
          <w:color w:val="3C3C3C"/>
          <w:sz w:val="28"/>
          <w:szCs w:val="28"/>
        </w:rPr>
        <w:br/>
      </w:r>
      <w:r w:rsidR="002537DC" w:rsidRPr="00DE6A65">
        <w:rPr>
          <w:color w:val="3C3C3C"/>
          <w:sz w:val="28"/>
          <w:szCs w:val="28"/>
        </w:rPr>
        <w:br/>
      </w:r>
      <w:r w:rsidR="00560525" w:rsidRPr="00DE6A65">
        <w:rPr>
          <w:b/>
          <w:color w:val="3C3C3C"/>
          <w:sz w:val="28"/>
          <w:szCs w:val="28"/>
        </w:rPr>
        <w:t>Well done to</w:t>
      </w:r>
      <w:r w:rsidR="00930627" w:rsidRPr="00DE6A65">
        <w:rPr>
          <w:color w:val="3C3C3C"/>
          <w:sz w:val="28"/>
          <w:szCs w:val="28"/>
        </w:rPr>
        <w:t xml:space="preserve"> </w:t>
      </w:r>
      <w:proofErr w:type="spellStart"/>
      <w:r w:rsidR="00930627" w:rsidRPr="00DE6A65">
        <w:rPr>
          <w:rFonts w:eastAsia="Times New Roman" w:cs="Arial"/>
          <w:color w:val="222222"/>
          <w:sz w:val="28"/>
          <w:szCs w:val="28"/>
          <w:lang w:val="en-GB" w:eastAsia="en-GB"/>
        </w:rPr>
        <w:t>Kaylee</w:t>
      </w:r>
      <w:proofErr w:type="spellEnd"/>
      <w:r w:rsidR="00930627" w:rsidRPr="00DE6A65">
        <w:rPr>
          <w:rFonts w:eastAsia="Times New Roman" w:cs="Arial"/>
          <w:color w:val="222222"/>
          <w:sz w:val="28"/>
          <w:szCs w:val="28"/>
          <w:lang w:val="en-GB" w:eastAsia="en-GB"/>
        </w:rPr>
        <w:t xml:space="preserve"> B, Holly &amp; Archie S, Henry B, Isla, Henry &amp; Rosie R &amp; </w:t>
      </w:r>
      <w:proofErr w:type="spellStart"/>
      <w:r w:rsidR="00930627" w:rsidRPr="00DE6A65">
        <w:rPr>
          <w:rFonts w:eastAsia="Times New Roman" w:cs="Arial"/>
          <w:color w:val="222222"/>
          <w:sz w:val="28"/>
          <w:szCs w:val="28"/>
          <w:lang w:val="en-GB" w:eastAsia="en-GB"/>
        </w:rPr>
        <w:t>Mar</w:t>
      </w:r>
      <w:r w:rsidR="004810BC">
        <w:rPr>
          <w:rFonts w:eastAsia="Times New Roman" w:cs="Arial"/>
          <w:color w:val="222222"/>
          <w:sz w:val="28"/>
          <w:szCs w:val="28"/>
          <w:lang w:val="en-GB" w:eastAsia="en-GB"/>
        </w:rPr>
        <w:t>nie</w:t>
      </w:r>
      <w:proofErr w:type="spellEnd"/>
      <w:r w:rsidR="004810BC">
        <w:rPr>
          <w:rFonts w:eastAsia="Times New Roman" w:cs="Arial"/>
          <w:color w:val="222222"/>
          <w:sz w:val="28"/>
          <w:szCs w:val="28"/>
          <w:lang w:val="en-GB" w:eastAsia="en-GB"/>
        </w:rPr>
        <w:t xml:space="preserve"> who all 'Made It' round</w:t>
      </w:r>
      <w:r w:rsidR="00930627" w:rsidRPr="00DE6A65">
        <w:rPr>
          <w:rFonts w:eastAsia="Times New Roman" w:cs="Arial"/>
          <w:color w:val="222222"/>
          <w:sz w:val="28"/>
          <w:szCs w:val="28"/>
          <w:lang w:val="en-GB" w:eastAsia="en-GB"/>
        </w:rPr>
        <w:t xml:space="preserve"> September’s Muddy Church bases.</w:t>
      </w:r>
      <w:r w:rsidR="00DE6A65" w:rsidRPr="00DE6A65">
        <w:rPr>
          <w:rFonts w:eastAsia="Times New Roman" w:cs="Arial"/>
          <w:color w:val="222222"/>
          <w:sz w:val="28"/>
          <w:szCs w:val="28"/>
          <w:lang w:val="en-GB" w:eastAsia="en-GB"/>
        </w:rPr>
        <w:t xml:space="preserve"> </w:t>
      </w:r>
    </w:p>
    <w:p w:rsidR="009423EA" w:rsidRPr="00DE6A65" w:rsidRDefault="002537DC" w:rsidP="00DE6A65">
      <w:pPr>
        <w:shd w:val="clear" w:color="auto" w:fill="FFFFFF"/>
        <w:rPr>
          <w:sz w:val="28"/>
          <w:szCs w:val="28"/>
        </w:rPr>
      </w:pPr>
      <w:r w:rsidRPr="00DE6A65">
        <w:rPr>
          <w:color w:val="646464"/>
          <w:sz w:val="28"/>
          <w:szCs w:val="28"/>
        </w:rPr>
        <w:t>For more details</w:t>
      </w:r>
      <w:r w:rsidR="00090578" w:rsidRPr="00DE6A65">
        <w:rPr>
          <w:color w:val="646464"/>
          <w:sz w:val="28"/>
          <w:szCs w:val="28"/>
        </w:rPr>
        <w:t xml:space="preserve"> about </w:t>
      </w:r>
      <w:r w:rsidR="00DE6A65">
        <w:rPr>
          <w:color w:val="646464"/>
          <w:sz w:val="28"/>
          <w:szCs w:val="28"/>
        </w:rPr>
        <w:t>o</w:t>
      </w:r>
      <w:r w:rsidR="00090578" w:rsidRPr="00DE6A65">
        <w:rPr>
          <w:color w:val="646464"/>
          <w:sz w:val="28"/>
          <w:szCs w:val="28"/>
        </w:rPr>
        <w:t>ur services</w:t>
      </w:r>
      <w:r w:rsidRPr="00DE6A65">
        <w:rPr>
          <w:color w:val="646464"/>
          <w:sz w:val="28"/>
          <w:szCs w:val="28"/>
        </w:rPr>
        <w:t>, please contact Rev Sue: susanktimmins@aol.com</w:t>
      </w:r>
    </w:p>
    <w:sectPr w:rsidR="009423EA" w:rsidRPr="00DE6A65" w:rsidSect="00DE6A65">
      <w:pgSz w:w="12240" w:h="15840"/>
      <w:pgMar w:top="142" w:right="3451" w:bottom="142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B47730"/>
    <w:rsid w:val="00034616"/>
    <w:rsid w:val="0006063C"/>
    <w:rsid w:val="00060FFD"/>
    <w:rsid w:val="00090578"/>
    <w:rsid w:val="0015074B"/>
    <w:rsid w:val="001B0D45"/>
    <w:rsid w:val="001D1876"/>
    <w:rsid w:val="002537DC"/>
    <w:rsid w:val="0029639D"/>
    <w:rsid w:val="00326F90"/>
    <w:rsid w:val="003A7D8B"/>
    <w:rsid w:val="004810BC"/>
    <w:rsid w:val="00560525"/>
    <w:rsid w:val="0068466D"/>
    <w:rsid w:val="007A4D7F"/>
    <w:rsid w:val="008C0232"/>
    <w:rsid w:val="00930627"/>
    <w:rsid w:val="009423EA"/>
    <w:rsid w:val="00A11866"/>
    <w:rsid w:val="00A30934"/>
    <w:rsid w:val="00A40DE7"/>
    <w:rsid w:val="00AA1D8D"/>
    <w:rsid w:val="00B47730"/>
    <w:rsid w:val="00C05A30"/>
    <w:rsid w:val="00CB0664"/>
    <w:rsid w:val="00DE6A65"/>
    <w:rsid w:val="00F73757"/>
    <w:rsid w:val="00FC693F"/>
    <w:rsid w:val="00FE14BA"/>
    <w:rsid w:val="00FF15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689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83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7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Windows</cp:lastModifiedBy>
  <cp:revision>3</cp:revision>
  <dcterms:created xsi:type="dcterms:W3CDTF">2026-09-24T08:44:00Z</dcterms:created>
  <dcterms:modified xsi:type="dcterms:W3CDTF">2026-09-24T08:53:00Z</dcterms:modified>
</cp:coreProperties>
</file>