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EA" w:rsidRDefault="001B08FD" w:rsidP="000A1AC3">
      <w:pPr>
        <w:jc w:val="center"/>
      </w:pPr>
      <w:r>
        <w:rPr>
          <w:b/>
          <w:noProof/>
          <w:color w:val="0066CC"/>
          <w:sz w:val="44"/>
          <w:lang w:val="en-GB" w:eastAsia="en-GB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6124575</wp:posOffset>
            </wp:positionH>
            <wp:positionV relativeFrom="paragraph">
              <wp:posOffset>776605</wp:posOffset>
            </wp:positionV>
            <wp:extent cx="1076325" cy="1076325"/>
            <wp:effectExtent l="19050" t="0" r="9525" b="0"/>
            <wp:wrapNone/>
            <wp:docPr id="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37DC">
        <w:rPr>
          <w:b/>
          <w:color w:val="0066CC"/>
          <w:sz w:val="44"/>
        </w:rPr>
        <w:t>Coming Up for Families</w:t>
      </w:r>
      <w:r w:rsidR="002537DC">
        <w:rPr>
          <w:b/>
          <w:color w:val="0066CC"/>
          <w:sz w:val="44"/>
        </w:rPr>
        <w:br/>
        <w:t xml:space="preserve">Christ Church </w:t>
      </w:r>
      <w:proofErr w:type="spellStart"/>
      <w:r w:rsidR="002537DC">
        <w:rPr>
          <w:b/>
          <w:color w:val="0066CC"/>
          <w:sz w:val="44"/>
        </w:rPr>
        <w:t>Parbold</w:t>
      </w:r>
      <w:proofErr w:type="spellEnd"/>
      <w:r w:rsidR="002537DC">
        <w:rPr>
          <w:b/>
          <w:color w:val="0066CC"/>
          <w:sz w:val="44"/>
        </w:rPr>
        <w:t xml:space="preserve"> – </w:t>
      </w:r>
      <w:r w:rsidR="000A1AC3">
        <w:rPr>
          <w:b/>
          <w:color w:val="0066CC"/>
          <w:sz w:val="44"/>
        </w:rPr>
        <w:t>November</w:t>
      </w:r>
    </w:p>
    <w:p w:rsidR="009423EA" w:rsidRPr="00563437" w:rsidRDefault="002537DC">
      <w:pPr>
        <w:rPr>
          <w:sz w:val="28"/>
          <w:szCs w:val="28"/>
        </w:rPr>
      </w:pPr>
      <w:r w:rsidRPr="00563437">
        <w:rPr>
          <w:b/>
          <w:color w:val="000000"/>
          <w:sz w:val="28"/>
          <w:szCs w:val="28"/>
        </w:rPr>
        <w:t>Sunday</w:t>
      </w:r>
      <w:r w:rsidR="000A1AC3" w:rsidRPr="00563437">
        <w:rPr>
          <w:b/>
          <w:color w:val="000000"/>
          <w:sz w:val="28"/>
          <w:szCs w:val="28"/>
        </w:rPr>
        <w:t>’s</w:t>
      </w:r>
      <w:r w:rsidRPr="00563437">
        <w:rPr>
          <w:b/>
          <w:color w:val="000000"/>
          <w:sz w:val="28"/>
          <w:szCs w:val="28"/>
        </w:rPr>
        <w:t xml:space="preserve"> </w:t>
      </w:r>
      <w:r w:rsidR="00A37BA7">
        <w:rPr>
          <w:b/>
          <w:color w:val="000000"/>
          <w:sz w:val="28"/>
          <w:szCs w:val="28"/>
        </w:rPr>
        <w:t>8</w:t>
      </w:r>
      <w:r w:rsidR="00A37BA7" w:rsidRPr="00A37BA7">
        <w:rPr>
          <w:b/>
          <w:color w:val="000000"/>
          <w:sz w:val="28"/>
          <w:szCs w:val="28"/>
        </w:rPr>
        <w:t>th</w:t>
      </w:r>
      <w:r w:rsidR="00A37BA7">
        <w:rPr>
          <w:b/>
          <w:color w:val="000000"/>
          <w:sz w:val="28"/>
          <w:szCs w:val="28"/>
        </w:rPr>
        <w:t xml:space="preserve"> &amp; 22nd</w:t>
      </w:r>
      <w:r w:rsidR="000A1AC3" w:rsidRPr="00563437">
        <w:rPr>
          <w:b/>
          <w:color w:val="000000"/>
          <w:sz w:val="28"/>
          <w:szCs w:val="28"/>
        </w:rPr>
        <w:t xml:space="preserve"> November</w:t>
      </w:r>
      <w:r w:rsidRPr="00563437">
        <w:rPr>
          <w:b/>
          <w:color w:val="000000"/>
          <w:sz w:val="28"/>
          <w:szCs w:val="28"/>
        </w:rPr>
        <w:t xml:space="preserve"> – 6:00pm</w:t>
      </w:r>
    </w:p>
    <w:p w:rsidR="009423EA" w:rsidRPr="00563437" w:rsidRDefault="002537DC">
      <w:pPr>
        <w:rPr>
          <w:sz w:val="32"/>
          <w:szCs w:val="32"/>
        </w:rPr>
      </w:pPr>
      <w:r w:rsidRPr="00563437">
        <w:rPr>
          <w:b/>
          <w:color w:val="0066CC"/>
          <w:sz w:val="32"/>
          <w:szCs w:val="32"/>
        </w:rPr>
        <w:t xml:space="preserve">Soul Action Café (Youth) </w:t>
      </w:r>
    </w:p>
    <w:p w:rsidR="009423EA" w:rsidRDefault="00CA106B" w:rsidP="00EA2DCD">
      <w:pPr>
        <w:rPr>
          <w:color w:val="B4B4B4"/>
          <w:sz w:val="20"/>
        </w:rPr>
      </w:pPr>
      <w:r w:rsidRPr="00563437">
        <w:rPr>
          <w:noProof/>
          <w:color w:val="3C3C3C"/>
          <w:sz w:val="24"/>
          <w:szCs w:val="24"/>
          <w:lang w:val="en-GB" w:eastAsia="en-GB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437515</wp:posOffset>
            </wp:positionV>
            <wp:extent cx="1607185" cy="1085850"/>
            <wp:effectExtent l="19050" t="0" r="0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37DC" w:rsidRPr="00563437">
        <w:rPr>
          <w:color w:val="3C3C3C"/>
          <w:sz w:val="24"/>
          <w:szCs w:val="24"/>
        </w:rPr>
        <w:t>Our youth group for Year 7+ which meets in the Scout Hut.</w:t>
      </w:r>
      <w:r w:rsidR="00EA2DCD" w:rsidRPr="00755B4E">
        <w:rPr>
          <w:color w:val="3C3C3C"/>
        </w:rPr>
        <w:t xml:space="preserve"> </w:t>
      </w:r>
      <w:r w:rsidR="002537DC">
        <w:rPr>
          <w:color w:val="B4B4B4"/>
          <w:sz w:val="20"/>
        </w:rPr>
        <w:t>――――――――――――――――――――――――――――――――――――――――――――――――――</w:t>
      </w:r>
    </w:p>
    <w:p w:rsidR="00EA2DCD" w:rsidRPr="00563437" w:rsidRDefault="00A37BA7" w:rsidP="00EA2DCD">
      <w:pPr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Sunday 8</w:t>
      </w:r>
      <w:r w:rsidR="00EA2DCD" w:rsidRPr="00563437">
        <w:rPr>
          <w:b/>
          <w:color w:val="000000"/>
          <w:sz w:val="28"/>
          <w:szCs w:val="28"/>
        </w:rPr>
        <w:t>th November – 10:30am</w:t>
      </w:r>
    </w:p>
    <w:p w:rsidR="00EA2DCD" w:rsidRPr="00563437" w:rsidRDefault="003806DC" w:rsidP="00EA2DCD">
      <w:pPr>
        <w:rPr>
          <w:sz w:val="32"/>
          <w:szCs w:val="32"/>
        </w:rPr>
      </w:pPr>
      <w:r w:rsidRPr="00563437">
        <w:rPr>
          <w:b/>
          <w:color w:val="0066CC"/>
          <w:sz w:val="32"/>
          <w:szCs w:val="32"/>
        </w:rPr>
        <w:t>All Age</w:t>
      </w:r>
      <w:r w:rsidR="00EA2DCD" w:rsidRPr="00563437">
        <w:rPr>
          <w:b/>
          <w:color w:val="0066CC"/>
          <w:sz w:val="32"/>
          <w:szCs w:val="32"/>
        </w:rPr>
        <w:t xml:space="preserve"> – Remembrance Day</w:t>
      </w:r>
      <w:r w:rsidR="00A37BA7">
        <w:rPr>
          <w:b/>
          <w:color w:val="0066CC"/>
          <w:sz w:val="32"/>
          <w:szCs w:val="32"/>
        </w:rPr>
        <w:t xml:space="preserve"> Service</w:t>
      </w:r>
    </w:p>
    <w:p w:rsidR="00EA2DCD" w:rsidRPr="00563437" w:rsidRDefault="00EA2DCD" w:rsidP="00EA2DCD">
      <w:pPr>
        <w:rPr>
          <w:rFonts w:cstheme="minorHAnsi"/>
          <w:color w:val="4D5156"/>
          <w:sz w:val="24"/>
          <w:szCs w:val="24"/>
          <w:shd w:val="clear" w:color="auto" w:fill="FFFFFF"/>
        </w:rPr>
      </w:pPr>
      <w:r w:rsidRPr="00563437">
        <w:rPr>
          <w:rFonts w:cstheme="minorHAnsi"/>
          <w:color w:val="000000"/>
          <w:sz w:val="24"/>
          <w:szCs w:val="24"/>
          <w:shd w:val="clear" w:color="auto" w:fill="FFFFFF"/>
        </w:rPr>
        <w:t xml:space="preserve">Join us in Church for this special service where we will </w:t>
      </w:r>
      <w:proofErr w:type="spellStart"/>
      <w:r w:rsidRPr="00563437">
        <w:rPr>
          <w:rFonts w:cstheme="minorHAnsi"/>
          <w:color w:val="000000"/>
          <w:sz w:val="24"/>
          <w:szCs w:val="24"/>
          <w:shd w:val="clear" w:color="auto" w:fill="FFFFFF"/>
        </w:rPr>
        <w:t>honour</w:t>
      </w:r>
      <w:proofErr w:type="spellEnd"/>
      <w:r w:rsidRPr="00563437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remember those armed forces members who have lost their lives in</w:t>
      </w:r>
      <w:r w:rsidR="005F2CE1">
        <w:rPr>
          <w:rFonts w:cstheme="minorHAnsi"/>
          <w:color w:val="000000"/>
          <w:sz w:val="24"/>
          <w:szCs w:val="24"/>
          <w:shd w:val="clear" w:color="auto" w:fill="FFFFFF"/>
        </w:rPr>
        <w:t xml:space="preserve">           </w:t>
      </w:r>
      <w:r w:rsidRPr="00563437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line of duty.</w:t>
      </w:r>
      <w:r w:rsidRPr="00563437">
        <w:rPr>
          <w:rStyle w:val="Heading1Char"/>
          <w:sz w:val="24"/>
          <w:szCs w:val="24"/>
        </w:rPr>
        <w:t xml:space="preserve">         </w:t>
      </w:r>
      <w:r w:rsidRPr="00563437">
        <w:rPr>
          <w:rFonts w:eastAsia="Times New Roman"/>
          <w:sz w:val="24"/>
          <w:szCs w:val="24"/>
          <w:lang w:eastAsia="en-GB"/>
        </w:rPr>
        <w:t xml:space="preserve"> </w:t>
      </w:r>
    </w:p>
    <w:p w:rsidR="00EA2DCD" w:rsidRDefault="00C01A35" w:rsidP="00C01A35">
      <w:pPr>
        <w:tabs>
          <w:tab w:val="center" w:pos="3919"/>
        </w:tabs>
      </w:pPr>
      <w:r>
        <w:rPr>
          <w:color w:val="B4B4B4"/>
          <w:sz w:val="20"/>
        </w:rPr>
        <w:t>---</w:t>
      </w:r>
      <w:r>
        <w:rPr>
          <w:color w:val="B4B4B4"/>
          <w:sz w:val="20"/>
        </w:rPr>
        <w:tab/>
      </w:r>
      <w:r w:rsidR="00EA2DCD">
        <w:rPr>
          <w:noProof/>
          <w:color w:val="B4B4B4"/>
          <w:sz w:val="20"/>
          <w:lang w:val="en-GB" w:eastAsia="en-GB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8096250</wp:posOffset>
            </wp:positionH>
            <wp:positionV relativeFrom="paragraph">
              <wp:posOffset>213995</wp:posOffset>
            </wp:positionV>
            <wp:extent cx="914400" cy="1076325"/>
            <wp:effectExtent l="19050" t="0" r="0" b="0"/>
            <wp:wrapNone/>
            <wp:docPr id="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2DCD">
        <w:rPr>
          <w:color w:val="B4B4B4"/>
          <w:sz w:val="20"/>
        </w:rPr>
        <w:t>――――――――――――――――――――――――――――――――――――――――――――――――――</w:t>
      </w:r>
    </w:p>
    <w:p w:rsidR="009423EA" w:rsidRPr="00563437" w:rsidRDefault="00A37BA7">
      <w:pPr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Sunday 15</w:t>
      </w:r>
      <w:r w:rsidR="002537DC" w:rsidRPr="00563437">
        <w:rPr>
          <w:b/>
          <w:color w:val="000000"/>
          <w:sz w:val="28"/>
          <w:szCs w:val="28"/>
        </w:rPr>
        <w:t xml:space="preserve">th </w:t>
      </w:r>
      <w:r w:rsidR="000A1AC3" w:rsidRPr="00563437">
        <w:rPr>
          <w:b/>
          <w:color w:val="000000"/>
          <w:sz w:val="28"/>
          <w:szCs w:val="28"/>
        </w:rPr>
        <w:t>November</w:t>
      </w:r>
      <w:r w:rsidR="002537DC" w:rsidRPr="00563437">
        <w:rPr>
          <w:b/>
          <w:color w:val="000000"/>
          <w:sz w:val="28"/>
          <w:szCs w:val="28"/>
        </w:rPr>
        <w:t xml:space="preserve"> – 9:30am</w:t>
      </w:r>
    </w:p>
    <w:p w:rsidR="009423EA" w:rsidRPr="00563437" w:rsidRDefault="002537DC">
      <w:pPr>
        <w:rPr>
          <w:sz w:val="32"/>
          <w:szCs w:val="32"/>
        </w:rPr>
      </w:pPr>
      <w:r w:rsidRPr="00563437">
        <w:rPr>
          <w:b/>
          <w:color w:val="0066CC"/>
          <w:sz w:val="32"/>
          <w:szCs w:val="32"/>
        </w:rPr>
        <w:t xml:space="preserve">Muddy Church </w:t>
      </w:r>
      <w:r w:rsidR="00560525" w:rsidRPr="00563437">
        <w:rPr>
          <w:b/>
          <w:color w:val="0066CC"/>
          <w:sz w:val="32"/>
          <w:szCs w:val="32"/>
        </w:rPr>
        <w:t>at the Hut</w:t>
      </w:r>
    </w:p>
    <w:p w:rsidR="00EA2DCD" w:rsidRPr="00563437" w:rsidRDefault="00EA2DCD" w:rsidP="00EA2DCD">
      <w:pPr>
        <w:rPr>
          <w:color w:val="3C3C3C"/>
          <w:sz w:val="24"/>
          <w:szCs w:val="24"/>
        </w:rPr>
      </w:pPr>
      <w:r w:rsidRPr="00563437">
        <w:rPr>
          <w:noProof/>
          <w:color w:val="3C3C3C"/>
          <w:sz w:val="24"/>
          <w:szCs w:val="24"/>
          <w:lang w:val="en-GB" w:eastAsia="en-GB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6404610</wp:posOffset>
            </wp:positionH>
            <wp:positionV relativeFrom="paragraph">
              <wp:posOffset>45720</wp:posOffset>
            </wp:positionV>
            <wp:extent cx="1082040" cy="1076325"/>
            <wp:effectExtent l="19050" t="0" r="381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37DC" w:rsidRPr="00563437">
        <w:rPr>
          <w:color w:val="3C3C3C"/>
          <w:sz w:val="24"/>
          <w:szCs w:val="24"/>
        </w:rPr>
        <w:t xml:space="preserve">Fun outdoor craft activities </w:t>
      </w:r>
      <w:r w:rsidR="000A1AC3" w:rsidRPr="00563437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where this time we'll have a Muddy Church Advent - 'Advent </w:t>
      </w:r>
      <w:proofErr w:type="spellStart"/>
      <w:r w:rsidR="000A1AC3" w:rsidRPr="00563437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Saviour</w:t>
      </w:r>
      <w:proofErr w:type="spellEnd"/>
      <w:r w:rsidR="000A1AC3" w:rsidRPr="00563437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God is With </w:t>
      </w:r>
      <w:proofErr w:type="gramStart"/>
      <w:r w:rsidR="000A1AC3" w:rsidRPr="00563437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Us</w:t>
      </w:r>
      <w:proofErr w:type="gramEnd"/>
      <w:r w:rsidR="000A1AC3" w:rsidRPr="00563437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' </w:t>
      </w:r>
      <w:r w:rsidR="000A1AC3" w:rsidRPr="00563437">
        <w:rPr>
          <w:color w:val="3C3C3C"/>
          <w:sz w:val="24"/>
          <w:szCs w:val="24"/>
        </w:rPr>
        <w:t>theme.</w:t>
      </w:r>
      <w:r w:rsidR="002537DC" w:rsidRPr="00563437">
        <w:rPr>
          <w:color w:val="3C3C3C"/>
          <w:sz w:val="24"/>
          <w:szCs w:val="24"/>
        </w:rPr>
        <w:br/>
        <w:t>Activities include:</w:t>
      </w:r>
      <w:r w:rsidR="00A37BA7">
        <w:rPr>
          <w:rFonts w:ascii="Verdana" w:hAnsi="Verdana"/>
          <w:color w:val="000000"/>
          <w:shd w:val="clear" w:color="auto" w:fill="FFFFFF"/>
        </w:rPr>
        <w:t xml:space="preserve"> </w:t>
      </w:r>
      <w:r w:rsidR="00A37BA7" w:rsidRPr="00A37BA7">
        <w:rPr>
          <w:color w:val="000000"/>
          <w:sz w:val="24"/>
          <w:szCs w:val="24"/>
          <w:shd w:val="clear" w:color="auto" w:fill="FFFFFF"/>
        </w:rPr>
        <w:t xml:space="preserve">splat painting, catapult art, a </w:t>
      </w:r>
      <w:proofErr w:type="spellStart"/>
      <w:r w:rsidR="00A37BA7" w:rsidRPr="00A37BA7">
        <w:rPr>
          <w:color w:val="000000"/>
          <w:sz w:val="24"/>
          <w:szCs w:val="24"/>
          <w:shd w:val="clear" w:color="auto" w:fill="FFFFFF"/>
        </w:rPr>
        <w:t>gunge</w:t>
      </w:r>
      <w:proofErr w:type="spellEnd"/>
      <w:r w:rsidR="00A37BA7" w:rsidRPr="00A37BA7">
        <w:rPr>
          <w:color w:val="000000"/>
          <w:sz w:val="24"/>
          <w:szCs w:val="24"/>
          <w:shd w:val="clear" w:color="auto" w:fill="FFFFFF"/>
        </w:rPr>
        <w:t xml:space="preserve"> tank, advent CD holders, glitter slime – God in the mess, Jesus star tree and handprint craft tree ornaments, pray for light in dark places fireworks. As well, there's </w:t>
      </w:r>
      <w:r w:rsidR="00A37BA7" w:rsidRPr="00A37BA7">
        <w:rPr>
          <w:color w:val="222222"/>
          <w:sz w:val="24"/>
          <w:szCs w:val="24"/>
          <w:shd w:val="clear" w:color="auto" w:fill="FFFFFF"/>
        </w:rPr>
        <w:t xml:space="preserve">our usual special Tots Table (sand tray sorry prayers), </w:t>
      </w:r>
      <w:proofErr w:type="spellStart"/>
      <w:r w:rsidR="00A37BA7" w:rsidRPr="00A37BA7">
        <w:rPr>
          <w:color w:val="222222"/>
          <w:sz w:val="24"/>
          <w:szCs w:val="24"/>
          <w:shd w:val="clear" w:color="auto" w:fill="FFFFFF"/>
        </w:rPr>
        <w:t>s’mores</w:t>
      </w:r>
      <w:proofErr w:type="spellEnd"/>
      <w:r w:rsidR="00A37BA7" w:rsidRPr="00A37BA7">
        <w:rPr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proofErr w:type="gramStart"/>
      <w:r w:rsidR="00A37BA7" w:rsidRPr="00A37BA7">
        <w:rPr>
          <w:color w:val="222222"/>
          <w:sz w:val="24"/>
          <w:szCs w:val="24"/>
          <w:shd w:val="clear" w:color="auto" w:fill="FFFFFF"/>
        </w:rPr>
        <w:t>firepit</w:t>
      </w:r>
      <w:proofErr w:type="spellEnd"/>
      <w:r w:rsidR="000A1AC3" w:rsidRPr="00A37BA7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537DC" w:rsidRPr="00A37BA7">
        <w:rPr>
          <w:color w:val="3C3C3C"/>
          <w:sz w:val="24"/>
          <w:szCs w:val="24"/>
        </w:rPr>
        <w:t>.</w:t>
      </w:r>
      <w:proofErr w:type="gramEnd"/>
      <w:r w:rsidR="002537DC" w:rsidRPr="00A37BA7">
        <w:rPr>
          <w:color w:val="3C3C3C"/>
          <w:sz w:val="24"/>
          <w:szCs w:val="24"/>
        </w:rPr>
        <w:t xml:space="preserve"> All ages</w:t>
      </w:r>
      <w:r w:rsidR="00A37BA7" w:rsidRPr="00A37BA7">
        <w:rPr>
          <w:color w:val="3C3C3C"/>
          <w:sz w:val="24"/>
          <w:szCs w:val="24"/>
        </w:rPr>
        <w:t xml:space="preserve"> are very</w:t>
      </w:r>
      <w:r w:rsidR="002537DC" w:rsidRPr="00A37BA7">
        <w:rPr>
          <w:color w:val="3C3C3C"/>
          <w:sz w:val="24"/>
          <w:szCs w:val="24"/>
        </w:rPr>
        <w:t xml:space="preserve"> welcome</w:t>
      </w:r>
      <w:r w:rsidR="00A37BA7" w:rsidRPr="00A37BA7">
        <w:rPr>
          <w:color w:val="3C3C3C"/>
          <w:sz w:val="24"/>
          <w:szCs w:val="24"/>
        </w:rPr>
        <w:t xml:space="preserve"> and please</w:t>
      </w:r>
      <w:r w:rsidR="002537DC" w:rsidRPr="00563437">
        <w:rPr>
          <w:color w:val="3C3C3C"/>
          <w:sz w:val="24"/>
          <w:szCs w:val="24"/>
        </w:rPr>
        <w:t xml:space="preserve"> dress to mess!</w:t>
      </w:r>
      <w:r w:rsidR="002537DC" w:rsidRPr="00563437">
        <w:rPr>
          <w:color w:val="3C3C3C"/>
          <w:sz w:val="24"/>
          <w:szCs w:val="24"/>
        </w:rPr>
        <w:br/>
      </w:r>
      <w:r w:rsidR="00560525" w:rsidRPr="00563437">
        <w:rPr>
          <w:b/>
          <w:color w:val="3C3C3C"/>
          <w:sz w:val="24"/>
          <w:szCs w:val="24"/>
        </w:rPr>
        <w:t>Well done to</w:t>
      </w:r>
      <w:r w:rsidR="0092006C" w:rsidRPr="00563437">
        <w:rPr>
          <w:b/>
          <w:color w:val="3C3C3C"/>
          <w:sz w:val="24"/>
          <w:szCs w:val="24"/>
        </w:rPr>
        <w:t xml:space="preserve"> </w:t>
      </w:r>
      <w:r w:rsidR="0092006C" w:rsidRPr="00563437">
        <w:rPr>
          <w:color w:val="222222"/>
          <w:sz w:val="24"/>
          <w:szCs w:val="24"/>
          <w:shd w:val="clear" w:color="auto" w:fill="FFFFFF"/>
        </w:rPr>
        <w:t>A</w:t>
      </w:r>
      <w:r w:rsidR="006537EA">
        <w:rPr>
          <w:color w:val="222222"/>
          <w:sz w:val="24"/>
          <w:szCs w:val="24"/>
          <w:shd w:val="clear" w:color="auto" w:fill="FFFFFF"/>
        </w:rPr>
        <w:t xml:space="preserve">rchie &amp; Holly S + Isla &amp; </w:t>
      </w:r>
      <w:proofErr w:type="spellStart"/>
      <w:r w:rsidR="006537EA">
        <w:rPr>
          <w:color w:val="222222"/>
          <w:sz w:val="24"/>
          <w:szCs w:val="24"/>
          <w:shd w:val="clear" w:color="auto" w:fill="FFFFFF"/>
        </w:rPr>
        <w:t>Marnie</w:t>
      </w:r>
      <w:proofErr w:type="spellEnd"/>
      <w:r w:rsidR="006537EA">
        <w:rPr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="006537EA">
        <w:rPr>
          <w:color w:val="222222"/>
          <w:sz w:val="24"/>
          <w:szCs w:val="24"/>
          <w:shd w:val="clear" w:color="auto" w:fill="FFFFFF"/>
        </w:rPr>
        <w:t>L</w:t>
      </w:r>
      <w:r w:rsidR="000A1AC3" w:rsidRPr="00563437">
        <w:rPr>
          <w:color w:val="3C3C3C"/>
          <w:sz w:val="24"/>
          <w:szCs w:val="24"/>
        </w:rPr>
        <w:t xml:space="preserve"> </w:t>
      </w:r>
      <w:r w:rsidR="002537DC" w:rsidRPr="00563437">
        <w:rPr>
          <w:color w:val="3C3C3C"/>
          <w:sz w:val="24"/>
          <w:szCs w:val="24"/>
        </w:rPr>
        <w:t xml:space="preserve"> for</w:t>
      </w:r>
      <w:proofErr w:type="gramEnd"/>
      <w:r w:rsidR="002537DC" w:rsidRPr="00563437">
        <w:rPr>
          <w:color w:val="3C3C3C"/>
          <w:sz w:val="24"/>
          <w:szCs w:val="24"/>
        </w:rPr>
        <w:t xml:space="preserve"> completing</w:t>
      </w:r>
      <w:r w:rsidR="0092006C" w:rsidRPr="00563437">
        <w:rPr>
          <w:color w:val="3C3C3C"/>
          <w:sz w:val="24"/>
          <w:szCs w:val="24"/>
        </w:rPr>
        <w:t xml:space="preserve"> </w:t>
      </w:r>
      <w:r w:rsidR="006537EA">
        <w:rPr>
          <w:color w:val="3C3C3C"/>
          <w:sz w:val="24"/>
          <w:szCs w:val="24"/>
        </w:rPr>
        <w:t xml:space="preserve">all of </w:t>
      </w:r>
      <w:r w:rsidR="0092006C" w:rsidRPr="00563437">
        <w:rPr>
          <w:color w:val="3C3C3C"/>
          <w:sz w:val="24"/>
          <w:szCs w:val="24"/>
        </w:rPr>
        <w:t>October’s</w:t>
      </w:r>
      <w:r w:rsidR="002537DC" w:rsidRPr="00563437">
        <w:rPr>
          <w:color w:val="3C3C3C"/>
          <w:sz w:val="24"/>
          <w:szCs w:val="24"/>
        </w:rPr>
        <w:t xml:space="preserve"> Muddy Church bases.</w:t>
      </w:r>
    </w:p>
    <w:p w:rsidR="009423EA" w:rsidRDefault="007A4D7F" w:rsidP="00EA2DCD">
      <w:pPr>
        <w:rPr>
          <w:color w:val="B4B4B4"/>
          <w:sz w:val="20"/>
        </w:rPr>
      </w:pPr>
      <w:r>
        <w:rPr>
          <w:noProof/>
          <w:color w:val="B4B4B4"/>
          <w:sz w:val="20"/>
          <w:lang w:val="en-GB" w:eastAsia="en-GB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8096250</wp:posOffset>
            </wp:positionH>
            <wp:positionV relativeFrom="paragraph">
              <wp:posOffset>213995</wp:posOffset>
            </wp:positionV>
            <wp:extent cx="914400" cy="1076325"/>
            <wp:effectExtent l="1905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37DC">
        <w:rPr>
          <w:color w:val="B4B4B4"/>
          <w:sz w:val="20"/>
        </w:rPr>
        <w:t>――――――――――――――――――――――――――――――――――――――――――――――――――</w:t>
      </w:r>
    </w:p>
    <w:p w:rsidR="001B08FD" w:rsidRPr="00563437" w:rsidRDefault="001B08FD" w:rsidP="001B08FD">
      <w:pPr>
        <w:rPr>
          <w:sz w:val="28"/>
          <w:szCs w:val="28"/>
        </w:rPr>
      </w:pPr>
      <w:r w:rsidRPr="00563437">
        <w:rPr>
          <w:b/>
          <w:color w:val="000000"/>
          <w:sz w:val="28"/>
          <w:szCs w:val="28"/>
        </w:rPr>
        <w:t>Sunday’s 2</w:t>
      </w:r>
      <w:r>
        <w:rPr>
          <w:b/>
          <w:color w:val="000000"/>
          <w:sz w:val="28"/>
          <w:szCs w:val="28"/>
        </w:rPr>
        <w:t>2nd</w:t>
      </w:r>
      <w:r w:rsidRPr="00563437">
        <w:rPr>
          <w:b/>
          <w:color w:val="000000"/>
          <w:sz w:val="28"/>
          <w:szCs w:val="28"/>
        </w:rPr>
        <w:t xml:space="preserve"> November – 10:30am</w:t>
      </w:r>
    </w:p>
    <w:p w:rsidR="001B08FD" w:rsidRPr="00563437" w:rsidRDefault="001B08FD" w:rsidP="001B08FD">
      <w:pPr>
        <w:rPr>
          <w:sz w:val="32"/>
          <w:szCs w:val="32"/>
        </w:rPr>
      </w:pPr>
      <w:r w:rsidRPr="00563437">
        <w:rPr>
          <w:b/>
          <w:color w:val="0066CC"/>
          <w:sz w:val="32"/>
          <w:szCs w:val="32"/>
        </w:rPr>
        <w:t xml:space="preserve">Junior Church &amp; Weekly Children’s Resources </w:t>
      </w:r>
    </w:p>
    <w:p w:rsidR="001B08FD" w:rsidRDefault="001B08FD" w:rsidP="001B08FD">
      <w:r w:rsidRPr="00563437">
        <w:rPr>
          <w:noProof/>
          <w:color w:val="3C3C3C"/>
          <w:sz w:val="24"/>
          <w:szCs w:val="24"/>
          <w:lang w:val="en-GB" w:eastAsia="en-GB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6057900</wp:posOffset>
            </wp:positionH>
            <wp:positionV relativeFrom="paragraph">
              <wp:posOffset>20320</wp:posOffset>
            </wp:positionV>
            <wp:extent cx="849630" cy="857250"/>
            <wp:effectExtent l="19050" t="0" r="762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3437">
        <w:rPr>
          <w:noProof/>
          <w:color w:val="3C3C3C"/>
          <w:sz w:val="24"/>
          <w:szCs w:val="24"/>
          <w:lang w:val="en-GB" w:eastAsia="en-GB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page">
              <wp:posOffset>7915275</wp:posOffset>
            </wp:positionH>
            <wp:positionV relativeFrom="paragraph">
              <wp:posOffset>315595</wp:posOffset>
            </wp:positionV>
            <wp:extent cx="1047750" cy="895350"/>
            <wp:effectExtent l="19050" t="0" r="0" b="0"/>
            <wp:wrapNone/>
            <wp:docPr id="10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3437">
        <w:rPr>
          <w:color w:val="3C3C3C"/>
          <w:sz w:val="24"/>
          <w:szCs w:val="24"/>
        </w:rPr>
        <w:t>Junior Church meets in the Scout Hut for ages 4–13.  At the back of church each week we also have</w:t>
      </w:r>
      <w:proofErr w:type="gramStart"/>
      <w:r w:rsidRPr="00563437">
        <w:rPr>
          <w:color w:val="3C3C3C"/>
          <w:sz w:val="24"/>
          <w:szCs w:val="24"/>
        </w:rPr>
        <w:t>:</w:t>
      </w:r>
      <w:proofErr w:type="gramEnd"/>
      <w:r w:rsidRPr="00563437">
        <w:rPr>
          <w:color w:val="3C3C3C"/>
          <w:sz w:val="24"/>
          <w:szCs w:val="24"/>
        </w:rPr>
        <w:br/>
        <w:t>• Tots’ Area (0–3yrs)</w:t>
      </w:r>
      <w:r w:rsidRPr="00563437">
        <w:rPr>
          <w:color w:val="3C3C3C"/>
          <w:sz w:val="24"/>
          <w:szCs w:val="24"/>
        </w:rPr>
        <w:br/>
        <w:t>• Lending Library</w:t>
      </w:r>
      <w:r w:rsidRPr="00563437">
        <w:rPr>
          <w:color w:val="3C3C3C"/>
          <w:sz w:val="24"/>
          <w:szCs w:val="24"/>
        </w:rPr>
        <w:br/>
        <w:t>• Resource Table with extra children’s activities</w:t>
      </w:r>
      <w:r>
        <w:rPr>
          <w:color w:val="3C3C3C"/>
          <w:sz w:val="24"/>
        </w:rPr>
        <w:t xml:space="preserve">  </w:t>
      </w:r>
      <w:r>
        <w:rPr>
          <w:color w:val="B4B4B4"/>
          <w:sz w:val="20"/>
        </w:rPr>
        <w:t>――――――――――――――――――――――――――――――――――――――――――――――――――</w:t>
      </w:r>
    </w:p>
    <w:p w:rsidR="001B08FD" w:rsidRDefault="001B08FD" w:rsidP="00EA2DCD"/>
    <w:p w:rsidR="009423EA" w:rsidRPr="00563437" w:rsidRDefault="002537DC">
      <w:pPr>
        <w:jc w:val="center"/>
        <w:rPr>
          <w:b/>
          <w:sz w:val="28"/>
          <w:szCs w:val="28"/>
        </w:rPr>
      </w:pPr>
      <w:r w:rsidRPr="00563437">
        <w:rPr>
          <w:b/>
          <w:color w:val="646464"/>
          <w:sz w:val="28"/>
          <w:szCs w:val="28"/>
        </w:rPr>
        <w:t>For more details</w:t>
      </w:r>
      <w:r w:rsidR="00090578" w:rsidRPr="00563437">
        <w:rPr>
          <w:b/>
          <w:color w:val="646464"/>
          <w:sz w:val="28"/>
          <w:szCs w:val="28"/>
        </w:rPr>
        <w:t xml:space="preserve"> about our services</w:t>
      </w:r>
      <w:r w:rsidRPr="00563437">
        <w:rPr>
          <w:b/>
          <w:color w:val="646464"/>
          <w:sz w:val="28"/>
          <w:szCs w:val="28"/>
        </w:rPr>
        <w:t>, please contact Rev Sue: susanktimmins@aol.com</w:t>
      </w:r>
    </w:p>
    <w:sectPr w:rsidR="009423EA" w:rsidRPr="00563437" w:rsidSect="00EA2DCD">
      <w:pgSz w:w="12240" w:h="15840"/>
      <w:pgMar w:top="142" w:right="2601" w:bottom="14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21566"/>
    <w:rsid w:val="00034616"/>
    <w:rsid w:val="0006063C"/>
    <w:rsid w:val="00090578"/>
    <w:rsid w:val="000A1AC3"/>
    <w:rsid w:val="000F1C5D"/>
    <w:rsid w:val="0015074B"/>
    <w:rsid w:val="001B08FD"/>
    <w:rsid w:val="001B0D45"/>
    <w:rsid w:val="001D1876"/>
    <w:rsid w:val="002537DC"/>
    <w:rsid w:val="0029639D"/>
    <w:rsid w:val="00326F90"/>
    <w:rsid w:val="003806DC"/>
    <w:rsid w:val="00560525"/>
    <w:rsid w:val="00563437"/>
    <w:rsid w:val="005F2CE1"/>
    <w:rsid w:val="006537EA"/>
    <w:rsid w:val="00755B4E"/>
    <w:rsid w:val="007A4D7F"/>
    <w:rsid w:val="00910F4F"/>
    <w:rsid w:val="0092006C"/>
    <w:rsid w:val="009423EA"/>
    <w:rsid w:val="00A2311E"/>
    <w:rsid w:val="00A37BA7"/>
    <w:rsid w:val="00AA1D8D"/>
    <w:rsid w:val="00B47730"/>
    <w:rsid w:val="00C01A35"/>
    <w:rsid w:val="00C05A30"/>
    <w:rsid w:val="00CA106B"/>
    <w:rsid w:val="00CB0664"/>
    <w:rsid w:val="00CB7CE9"/>
    <w:rsid w:val="00CC1D06"/>
    <w:rsid w:val="00DB69F7"/>
    <w:rsid w:val="00DE16ED"/>
    <w:rsid w:val="00EA2DCD"/>
    <w:rsid w:val="00F73757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Windows</cp:lastModifiedBy>
  <cp:revision>2</cp:revision>
  <dcterms:created xsi:type="dcterms:W3CDTF">2026-10-21T08:27:00Z</dcterms:created>
  <dcterms:modified xsi:type="dcterms:W3CDTF">2026-10-21T08:27:00Z</dcterms:modified>
</cp:coreProperties>
</file>